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E3E69" w14:textId="356B4AF4" w:rsidR="00997868" w:rsidRDefault="00BC572C" w:rsidP="00997868">
      <w:pPr>
        <w:pStyle w:val="Title"/>
      </w:pPr>
      <w:r>
        <w:t xml:space="preserve">Administration </w:t>
      </w:r>
      <w:r w:rsidR="00997868">
        <w:t xml:space="preserve">with </w:t>
      </w:r>
      <w:proofErr w:type="spellStart"/>
      <w:r w:rsidR="00997868" w:rsidRPr="00B91D3B">
        <w:rPr>
          <w:b/>
          <w:bCs/>
          <w:color w:val="FF0000"/>
        </w:rPr>
        <w:t>Scan</w:t>
      </w:r>
      <w:r w:rsidR="00997868" w:rsidRPr="00B91D3B">
        <w:rPr>
          <w:b/>
          <w:bCs/>
          <w:color w:val="000000" w:themeColor="text1"/>
        </w:rPr>
        <w:t>App</w:t>
      </w:r>
      <w:proofErr w:type="spellEnd"/>
    </w:p>
    <w:p w14:paraId="0FBF135E" w14:textId="77777777" w:rsidR="00E17A3F" w:rsidRDefault="00997868" w:rsidP="00A779F9">
      <w:r>
        <w:t xml:space="preserve">The following documentation describes the </w:t>
      </w:r>
      <w:r w:rsidR="00E17A3F">
        <w:t xml:space="preserve">two </w:t>
      </w:r>
      <w:r w:rsidR="00E17A3F" w:rsidRPr="00E17A3F">
        <w:t>Administration</w:t>
      </w:r>
      <w:r w:rsidR="00E17A3F">
        <w:t xml:space="preserve"> functions in </w:t>
      </w:r>
      <w:proofErr w:type="spellStart"/>
      <w:r w:rsidRPr="00E4608E">
        <w:rPr>
          <w:b/>
          <w:bCs/>
          <w:color w:val="FF0000"/>
        </w:rPr>
        <w:t>Scan</w:t>
      </w:r>
      <w:r w:rsidRPr="00E4608E">
        <w:rPr>
          <w:b/>
          <w:bCs/>
        </w:rPr>
        <w:t>App</w:t>
      </w:r>
      <w:proofErr w:type="spellEnd"/>
      <w:r>
        <w:t xml:space="preserve">.  </w:t>
      </w:r>
    </w:p>
    <w:p w14:paraId="39337607" w14:textId="3FAE6EDB" w:rsidR="00A779F9" w:rsidRDefault="00866DDF" w:rsidP="00A779F9">
      <w:pPr>
        <w:pStyle w:val="Heading2"/>
      </w:pPr>
      <w:r>
        <w:br/>
      </w:r>
      <w:r w:rsidR="00E17A3F">
        <w:t xml:space="preserve">User </w:t>
      </w:r>
      <w:r w:rsidR="00954CAB">
        <w:t>Management</w:t>
      </w:r>
      <w:r w:rsidR="00674CF5">
        <w:br/>
      </w:r>
    </w:p>
    <w:p w14:paraId="38A1CE10" w14:textId="3A013F8E" w:rsidR="00330BC2" w:rsidRDefault="00603F1F" w:rsidP="00997868">
      <w:pPr>
        <w:pStyle w:val="ListBullet"/>
        <w:numPr>
          <w:ilvl w:val="0"/>
          <w:numId w:val="15"/>
        </w:numPr>
      </w:pPr>
      <w:r>
        <w:t>Click on the Users Menu</w:t>
      </w:r>
      <w:r w:rsidR="00E60AD3">
        <w:t xml:space="preserve"> within </w:t>
      </w:r>
      <w:proofErr w:type="spellStart"/>
      <w:r w:rsidR="00E60AD3" w:rsidRPr="00E4608E">
        <w:rPr>
          <w:b/>
          <w:bCs/>
          <w:color w:val="FF0000"/>
        </w:rPr>
        <w:t>Scan</w:t>
      </w:r>
      <w:r w:rsidR="00E60AD3" w:rsidRPr="00E4608E">
        <w:rPr>
          <w:b/>
          <w:bCs/>
        </w:rPr>
        <w:t>App</w:t>
      </w:r>
      <w:proofErr w:type="spellEnd"/>
      <w:r w:rsidR="00E60AD3" w:rsidRPr="00E60AD3">
        <w:t>.</w:t>
      </w:r>
    </w:p>
    <w:p w14:paraId="15C827D4" w14:textId="77777777" w:rsidR="009954F9" w:rsidRDefault="009954F9" w:rsidP="00502BC4">
      <w:pPr>
        <w:pStyle w:val="ListBullet"/>
        <w:numPr>
          <w:ilvl w:val="0"/>
          <w:numId w:val="0"/>
        </w:numPr>
        <w:ind w:left="720"/>
      </w:pPr>
    </w:p>
    <w:p w14:paraId="3CAA6CA6" w14:textId="6BA4CBAC" w:rsidR="00502BC4" w:rsidRDefault="00330BC2" w:rsidP="00997868">
      <w:pPr>
        <w:pStyle w:val="ListBullet"/>
        <w:numPr>
          <w:ilvl w:val="0"/>
          <w:numId w:val="15"/>
        </w:numPr>
      </w:pPr>
      <w:r>
        <w:t xml:space="preserve">To Add </w:t>
      </w:r>
      <w:r w:rsidR="009954F9">
        <w:t>a new user</w:t>
      </w:r>
      <w:r w:rsidR="00502BC4">
        <w:t>:</w:t>
      </w:r>
    </w:p>
    <w:p w14:paraId="5D481E3B" w14:textId="77777777" w:rsidR="00502BC4" w:rsidRDefault="00502BC4" w:rsidP="00502BC4">
      <w:pPr>
        <w:pStyle w:val="ListBullet"/>
        <w:numPr>
          <w:ilvl w:val="1"/>
          <w:numId w:val="15"/>
        </w:numPr>
      </w:pPr>
      <w:r>
        <w:t>C</w:t>
      </w:r>
      <w:r w:rsidR="009954F9">
        <w:t>lick ‘New User’</w:t>
      </w:r>
    </w:p>
    <w:p w14:paraId="2456C986" w14:textId="7B8644A8" w:rsidR="00502BC4" w:rsidRDefault="00502BC4" w:rsidP="00502BC4">
      <w:pPr>
        <w:pStyle w:val="ListBullet"/>
        <w:numPr>
          <w:ilvl w:val="1"/>
          <w:numId w:val="15"/>
        </w:numPr>
      </w:pPr>
      <w:r>
        <w:t>Enter user</w:t>
      </w:r>
      <w:r w:rsidR="00CE437A">
        <w:t>’s</w:t>
      </w:r>
      <w:r>
        <w:t xml:space="preserve"> name</w:t>
      </w:r>
    </w:p>
    <w:p w14:paraId="678F5F78" w14:textId="5A6E0F80" w:rsidR="00502BC4" w:rsidRDefault="00502BC4" w:rsidP="00502BC4">
      <w:pPr>
        <w:pStyle w:val="ListBullet"/>
        <w:numPr>
          <w:ilvl w:val="1"/>
          <w:numId w:val="15"/>
        </w:numPr>
      </w:pPr>
      <w:r>
        <w:t>Enter user</w:t>
      </w:r>
      <w:r w:rsidR="00CE437A">
        <w:t>’s</w:t>
      </w:r>
      <w:r>
        <w:t xml:space="preserve"> email</w:t>
      </w:r>
    </w:p>
    <w:p w14:paraId="298B4FF4" w14:textId="77777777" w:rsidR="00DA2302" w:rsidRDefault="00DA2302" w:rsidP="00502BC4">
      <w:pPr>
        <w:pStyle w:val="ListBullet"/>
        <w:numPr>
          <w:ilvl w:val="1"/>
          <w:numId w:val="15"/>
        </w:numPr>
      </w:pPr>
      <w:r>
        <w:t>Check ‘</w:t>
      </w:r>
      <w:r w:rsidRPr="00DA2302">
        <w:t>Dealer administrator</w:t>
      </w:r>
      <w:r>
        <w:t>’ if the user will have the rights to add more users.</w:t>
      </w:r>
    </w:p>
    <w:p w14:paraId="7182BF75" w14:textId="7927F722" w:rsidR="00E65748" w:rsidRDefault="003B3E5F" w:rsidP="00E42683">
      <w:pPr>
        <w:pStyle w:val="ListBullet"/>
        <w:numPr>
          <w:ilvl w:val="1"/>
          <w:numId w:val="15"/>
        </w:numPr>
      </w:pPr>
      <w:r>
        <w:t>Click ‘Create’</w:t>
      </w:r>
    </w:p>
    <w:p w14:paraId="0B11FF8F" w14:textId="77777777" w:rsidR="003B3E5F" w:rsidRDefault="003B3E5F" w:rsidP="00DA2302">
      <w:pPr>
        <w:pStyle w:val="ListBullet"/>
        <w:numPr>
          <w:ilvl w:val="0"/>
          <w:numId w:val="0"/>
        </w:numPr>
        <w:ind w:left="1440"/>
      </w:pPr>
    </w:p>
    <w:p w14:paraId="0BDE889E" w14:textId="08230168" w:rsidR="00EC705C" w:rsidRDefault="003B3E5F" w:rsidP="00997868">
      <w:pPr>
        <w:pStyle w:val="ListBullet"/>
        <w:numPr>
          <w:ilvl w:val="0"/>
          <w:numId w:val="15"/>
        </w:numPr>
      </w:pPr>
      <w:r>
        <w:t xml:space="preserve">To edit an existing user, click the </w:t>
      </w:r>
      <w:r w:rsidR="00EC705C">
        <w:t>‘Edit’ button.</w:t>
      </w:r>
    </w:p>
    <w:p w14:paraId="66F9069F" w14:textId="0E25830B" w:rsidR="00E17A3F" w:rsidRDefault="00E42683" w:rsidP="00E17A3F">
      <w:pPr>
        <w:pStyle w:val="Heading2"/>
      </w:pPr>
      <w:r>
        <w:br/>
      </w:r>
      <w:r w:rsidR="00E10CF6">
        <w:t xml:space="preserve">Payments </w:t>
      </w:r>
      <w:r w:rsidR="00E17A3F">
        <w:t>Management</w:t>
      </w:r>
      <w:r w:rsidR="00E17A3F">
        <w:br/>
      </w:r>
    </w:p>
    <w:p w14:paraId="03C2A16D" w14:textId="5C8D2297" w:rsidR="008C3D61" w:rsidRDefault="00E17A3F" w:rsidP="00E17A3F">
      <w:pPr>
        <w:pStyle w:val="ListBullet"/>
        <w:numPr>
          <w:ilvl w:val="0"/>
          <w:numId w:val="17"/>
        </w:numPr>
      </w:pPr>
      <w:r>
        <w:t xml:space="preserve">On the </w:t>
      </w:r>
      <w:proofErr w:type="spellStart"/>
      <w:r w:rsidRPr="00E65748">
        <w:rPr>
          <w:b/>
          <w:bCs/>
          <w:color w:val="FF0000"/>
        </w:rPr>
        <w:t>Scan</w:t>
      </w:r>
      <w:r w:rsidRPr="00E65748">
        <w:rPr>
          <w:b/>
          <w:bCs/>
        </w:rPr>
        <w:t>App</w:t>
      </w:r>
      <w:proofErr w:type="spellEnd"/>
      <w:r>
        <w:t xml:space="preserve"> website </w:t>
      </w:r>
      <w:r w:rsidR="008C3D61">
        <w:t xml:space="preserve">click the down arrow next to </w:t>
      </w:r>
      <w:r w:rsidR="00E10CF6">
        <w:t xml:space="preserve">the </w:t>
      </w:r>
      <w:r w:rsidR="008C3D61">
        <w:t>dealership name.</w:t>
      </w:r>
    </w:p>
    <w:p w14:paraId="57F9B9B3" w14:textId="77777777" w:rsidR="00E10CF6" w:rsidRDefault="00E10CF6" w:rsidP="00E10CF6">
      <w:pPr>
        <w:pStyle w:val="ListBullet"/>
        <w:numPr>
          <w:ilvl w:val="0"/>
          <w:numId w:val="0"/>
        </w:numPr>
        <w:ind w:left="720"/>
      </w:pPr>
    </w:p>
    <w:p w14:paraId="473D266E" w14:textId="0E39BC4E" w:rsidR="008C3D61" w:rsidRDefault="00E10CF6" w:rsidP="00E17A3F">
      <w:pPr>
        <w:pStyle w:val="ListBullet"/>
        <w:numPr>
          <w:ilvl w:val="0"/>
          <w:numId w:val="17"/>
        </w:numPr>
      </w:pPr>
      <w:r>
        <w:t>Select</w:t>
      </w:r>
      <w:r w:rsidR="008C3D61">
        <w:t xml:space="preserve"> </w:t>
      </w:r>
      <w:r>
        <w:t>‘</w:t>
      </w:r>
      <w:r w:rsidR="008C3D61">
        <w:t>Manage Subscription</w:t>
      </w:r>
      <w:r>
        <w:t>’</w:t>
      </w:r>
      <w:r w:rsidR="008C3D61">
        <w:t>.</w:t>
      </w:r>
    </w:p>
    <w:p w14:paraId="582AC0C1" w14:textId="77777777" w:rsidR="00E10CF6" w:rsidRDefault="00E10CF6" w:rsidP="00E10CF6">
      <w:pPr>
        <w:pStyle w:val="ListBullet"/>
        <w:numPr>
          <w:ilvl w:val="0"/>
          <w:numId w:val="0"/>
        </w:numPr>
        <w:ind w:left="720"/>
      </w:pPr>
    </w:p>
    <w:p w14:paraId="5CD809B3" w14:textId="6FC76DB2" w:rsidR="00E17A3F" w:rsidRPr="00997868" w:rsidRDefault="00C36655" w:rsidP="00C36655">
      <w:pPr>
        <w:pStyle w:val="ListBullet"/>
        <w:numPr>
          <w:ilvl w:val="0"/>
          <w:numId w:val="17"/>
        </w:numPr>
      </w:pPr>
      <w:r>
        <w:t>Under ‘</w:t>
      </w:r>
      <w:r w:rsidRPr="00C36655">
        <w:t>Payment Methods</w:t>
      </w:r>
      <w:r>
        <w:t>’ update the payment information as needed.</w:t>
      </w:r>
    </w:p>
    <w:sectPr w:rsidR="00E17A3F" w:rsidRPr="0099786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94052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5526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BA557A"/>
    <w:multiLevelType w:val="hybridMultilevel"/>
    <w:tmpl w:val="0E1E003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811E6D"/>
    <w:multiLevelType w:val="hybridMultilevel"/>
    <w:tmpl w:val="F6D26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C13811"/>
    <w:multiLevelType w:val="multilevel"/>
    <w:tmpl w:val="2F6ED9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FB5084"/>
    <w:multiLevelType w:val="hybridMultilevel"/>
    <w:tmpl w:val="7FEE70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F153DE"/>
    <w:multiLevelType w:val="hybridMultilevel"/>
    <w:tmpl w:val="718A26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AD65C8"/>
    <w:multiLevelType w:val="multilevel"/>
    <w:tmpl w:val="26B2F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5862C5"/>
    <w:multiLevelType w:val="multilevel"/>
    <w:tmpl w:val="26B2F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4892271">
    <w:abstractNumId w:val="8"/>
  </w:num>
  <w:num w:numId="2" w16cid:durableId="659847966">
    <w:abstractNumId w:val="6"/>
  </w:num>
  <w:num w:numId="3" w16cid:durableId="1072197110">
    <w:abstractNumId w:val="5"/>
  </w:num>
  <w:num w:numId="4" w16cid:durableId="409740413">
    <w:abstractNumId w:val="4"/>
  </w:num>
  <w:num w:numId="5" w16cid:durableId="1631790515">
    <w:abstractNumId w:val="7"/>
  </w:num>
  <w:num w:numId="6" w16cid:durableId="592786017">
    <w:abstractNumId w:val="3"/>
  </w:num>
  <w:num w:numId="7" w16cid:durableId="1776510773">
    <w:abstractNumId w:val="2"/>
  </w:num>
  <w:num w:numId="8" w16cid:durableId="1382896852">
    <w:abstractNumId w:val="1"/>
  </w:num>
  <w:num w:numId="9" w16cid:durableId="1659993857">
    <w:abstractNumId w:val="0"/>
  </w:num>
  <w:num w:numId="10" w16cid:durableId="997462182">
    <w:abstractNumId w:val="13"/>
  </w:num>
  <w:num w:numId="11" w16cid:durableId="1942762729">
    <w:abstractNumId w:val="9"/>
  </w:num>
  <w:num w:numId="12" w16cid:durableId="374505131">
    <w:abstractNumId w:val="12"/>
  </w:num>
  <w:num w:numId="13" w16cid:durableId="1895852789">
    <w:abstractNumId w:val="7"/>
  </w:num>
  <w:num w:numId="14" w16cid:durableId="1076394636">
    <w:abstractNumId w:val="10"/>
  </w:num>
  <w:num w:numId="15" w16cid:durableId="70741287">
    <w:abstractNumId w:val="15"/>
  </w:num>
  <w:num w:numId="16" w16cid:durableId="2044552822">
    <w:abstractNumId w:val="11"/>
  </w:num>
  <w:num w:numId="17" w16cid:durableId="21089661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7381"/>
    <w:rsid w:val="0006063C"/>
    <w:rsid w:val="000729C6"/>
    <w:rsid w:val="0010186C"/>
    <w:rsid w:val="0015074B"/>
    <w:rsid w:val="00165877"/>
    <w:rsid w:val="00190DF8"/>
    <w:rsid w:val="001A090E"/>
    <w:rsid w:val="001A74A6"/>
    <w:rsid w:val="001C6718"/>
    <w:rsid w:val="001D3DEE"/>
    <w:rsid w:val="001F1755"/>
    <w:rsid w:val="002041D6"/>
    <w:rsid w:val="00261780"/>
    <w:rsid w:val="00292309"/>
    <w:rsid w:val="0029639D"/>
    <w:rsid w:val="00297722"/>
    <w:rsid w:val="002E715E"/>
    <w:rsid w:val="00326F90"/>
    <w:rsid w:val="00330BC2"/>
    <w:rsid w:val="003A1AF0"/>
    <w:rsid w:val="003A3080"/>
    <w:rsid w:val="003B3B46"/>
    <w:rsid w:val="003B3E5F"/>
    <w:rsid w:val="003B59F5"/>
    <w:rsid w:val="0040170B"/>
    <w:rsid w:val="00414C1A"/>
    <w:rsid w:val="00420704"/>
    <w:rsid w:val="004260FC"/>
    <w:rsid w:val="00444D91"/>
    <w:rsid w:val="004675EF"/>
    <w:rsid w:val="00471E9B"/>
    <w:rsid w:val="0047648E"/>
    <w:rsid w:val="00487012"/>
    <w:rsid w:val="004D0C45"/>
    <w:rsid w:val="004F15D7"/>
    <w:rsid w:val="00502BC4"/>
    <w:rsid w:val="00526E78"/>
    <w:rsid w:val="0052742B"/>
    <w:rsid w:val="00531044"/>
    <w:rsid w:val="00550BA7"/>
    <w:rsid w:val="0058583B"/>
    <w:rsid w:val="005A581F"/>
    <w:rsid w:val="005B4BF7"/>
    <w:rsid w:val="00603F1F"/>
    <w:rsid w:val="006053EC"/>
    <w:rsid w:val="0067267A"/>
    <w:rsid w:val="00674CF5"/>
    <w:rsid w:val="00681DE3"/>
    <w:rsid w:val="006B6E2A"/>
    <w:rsid w:val="006C2CFD"/>
    <w:rsid w:val="006C62CA"/>
    <w:rsid w:val="007215C9"/>
    <w:rsid w:val="007355DE"/>
    <w:rsid w:val="00751152"/>
    <w:rsid w:val="0078134F"/>
    <w:rsid w:val="007F2485"/>
    <w:rsid w:val="007F74AA"/>
    <w:rsid w:val="008210FB"/>
    <w:rsid w:val="00824983"/>
    <w:rsid w:val="008552F2"/>
    <w:rsid w:val="008626F3"/>
    <w:rsid w:val="00866DDF"/>
    <w:rsid w:val="00874E94"/>
    <w:rsid w:val="008929E3"/>
    <w:rsid w:val="008C1A2E"/>
    <w:rsid w:val="008C3D61"/>
    <w:rsid w:val="008E3B53"/>
    <w:rsid w:val="008F1B94"/>
    <w:rsid w:val="008F2B08"/>
    <w:rsid w:val="0091651F"/>
    <w:rsid w:val="00953550"/>
    <w:rsid w:val="00954CAB"/>
    <w:rsid w:val="00971B83"/>
    <w:rsid w:val="00976B7C"/>
    <w:rsid w:val="009954F9"/>
    <w:rsid w:val="00997868"/>
    <w:rsid w:val="009F17AA"/>
    <w:rsid w:val="00A13BDA"/>
    <w:rsid w:val="00A14CB4"/>
    <w:rsid w:val="00A34C32"/>
    <w:rsid w:val="00A642DE"/>
    <w:rsid w:val="00A71E68"/>
    <w:rsid w:val="00A779F9"/>
    <w:rsid w:val="00A909DC"/>
    <w:rsid w:val="00AA1D8D"/>
    <w:rsid w:val="00AA6965"/>
    <w:rsid w:val="00AC35FD"/>
    <w:rsid w:val="00AF4615"/>
    <w:rsid w:val="00B35D1C"/>
    <w:rsid w:val="00B47730"/>
    <w:rsid w:val="00B91D3B"/>
    <w:rsid w:val="00BC572C"/>
    <w:rsid w:val="00C15DA8"/>
    <w:rsid w:val="00C20DC2"/>
    <w:rsid w:val="00C36655"/>
    <w:rsid w:val="00C57148"/>
    <w:rsid w:val="00C7736B"/>
    <w:rsid w:val="00C90B6D"/>
    <w:rsid w:val="00CB0664"/>
    <w:rsid w:val="00CE437A"/>
    <w:rsid w:val="00D37D49"/>
    <w:rsid w:val="00D418A0"/>
    <w:rsid w:val="00D96A33"/>
    <w:rsid w:val="00DA2302"/>
    <w:rsid w:val="00DA6F9D"/>
    <w:rsid w:val="00E10CF6"/>
    <w:rsid w:val="00E12539"/>
    <w:rsid w:val="00E17A3F"/>
    <w:rsid w:val="00E42683"/>
    <w:rsid w:val="00E60AD3"/>
    <w:rsid w:val="00E65748"/>
    <w:rsid w:val="00E66851"/>
    <w:rsid w:val="00E66CA8"/>
    <w:rsid w:val="00E970BA"/>
    <w:rsid w:val="00EC705C"/>
    <w:rsid w:val="00ED1928"/>
    <w:rsid w:val="00ED5B0A"/>
    <w:rsid w:val="00EE13B9"/>
    <w:rsid w:val="00F11AD2"/>
    <w:rsid w:val="00F32614"/>
    <w:rsid w:val="00F44F0E"/>
    <w:rsid w:val="00F60E8C"/>
    <w:rsid w:val="00F954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4470E9F-756F-4B9C-A446-F42468E98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260F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6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9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Dave Power</cp:lastModifiedBy>
  <cp:revision>107</cp:revision>
  <dcterms:created xsi:type="dcterms:W3CDTF">2013-12-23T23:15:00Z</dcterms:created>
  <dcterms:modified xsi:type="dcterms:W3CDTF">2024-10-09T13:03:00Z</dcterms:modified>
  <cp:category/>
</cp:coreProperties>
</file>